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rFonts w:ascii="Arial" w:hAnsi="Arial" w:eastAsia="MiSans Normal"/>
          <w:color w:val="000000"/>
        </w:rPr>
        <w:t>K900SDK iOS 对接文档</w:t>
      </w:r>
    </w:p>
    <w:p>
      <w:pPr>
        <w:pStyle w:val="Subtitle"/>
      </w:pPr>
      <w:r>
        <w:rPr>
          <w:rFonts w:ascii="Arial" w:hAnsi="Arial" w:eastAsia="MiSans Normal"/>
          <w:color w:val="000000"/>
        </w:rPr>
        <w:t>中文版</w:t>
      </w:r>
    </w:p>
    <w:p>
      <w:r>
        <w:rPr>
          <w:rFonts w:ascii="Arial" w:hAnsi="Arial" w:eastAsia="MiSans Normal"/>
          <w:color w:val="000000"/>
        </w:rPr>
        <w:t>文档基线：2026-09-09</w:t>
      </w:r>
    </w:p>
    <w:p>
      <w:r>
        <w:rPr>
          <w:rFonts w:ascii="Arial" w:hAnsi="Arial" w:eastAsia="MiSans Normal"/>
          <w:color w:val="000000"/>
        </w:rPr>
        <w:t>维护源：形意官网开发者中心 / SDK / iOS / K900SDK。本文由开发者中心的共享数据生成。</w:t>
      </w:r>
    </w:p>
    <w:p>
      <w:r>
        <w:rPr>
          <w:rFonts w:ascii="Arial" w:hAnsi="Arial" w:eastAsia="MiSans Normal"/>
          <w:color w:val="000000"/>
        </w:rPr>
        <w:t>核对范围：SDK 源码与协议参考资料。已确认的源码行为与历史协议说明分别标注；尚未完成发布二进制编译验证及真机固件联调。</w:t>
      </w:r>
    </w:p>
    <w:p>
      <w:r>
        <w:rPr>
          <w:rFonts w:ascii="Arial" w:hAnsi="Arial" w:eastAsia="MiSans Normal"/>
          <w:color w:val="000000"/>
        </w:rPr>
        <w:t>未确认的回复码、字段、完成判定与示例保留为空白。空白不表示没有回复。确认后先更新开发者中心，再重新生成这两份文档。</w:t>
      </w:r>
    </w:p>
    <w:p>
      <w:pPr>
        <w:pStyle w:val="Heading2"/>
      </w:pPr>
      <w:r>
        <w:t>内容导航</w:t>
      </w:r>
    </w:p>
    <w:p>
      <w:r>
        <w:rPr>
          <w:rFonts w:ascii="Arial" w:hAnsi="Arial" w:eastAsia="MiSans Normal"/>
          <w:color w:val="000000"/>
        </w:rPr>
        <w:t>1  概述</w:t>
      </w:r>
    </w:p>
    <w:p>
      <w:r>
        <w:rPr>
          <w:rFonts w:ascii="Arial" w:hAnsi="Arial" w:eastAsia="MiSans Normal"/>
          <w:color w:val="000000"/>
        </w:rPr>
        <w:t>2  下载与集成</w:t>
      </w:r>
    </w:p>
    <w:p>
      <w:r>
        <w:rPr>
          <w:rFonts w:ascii="Arial" w:hAnsi="Arial" w:eastAsia="MiSans Normal"/>
          <w:color w:val="000000"/>
        </w:rPr>
        <w:t>3  快速开始</w:t>
      </w:r>
    </w:p>
    <w:p>
      <w:r>
        <w:rPr>
          <w:rFonts w:ascii="Arial" w:hAnsi="Arial" w:eastAsia="MiSans Normal"/>
          <w:color w:val="000000"/>
        </w:rPr>
        <w:t>4  蓝牙连接与生命周期</w:t>
      </w:r>
    </w:p>
    <w:p>
      <w:r>
        <w:rPr>
          <w:rFonts w:ascii="Arial" w:hAnsi="Arial" w:eastAsia="MiSans Normal"/>
          <w:color w:val="000000"/>
        </w:rPr>
        <w:t>5  AI拍照与传图</w:t>
      </w:r>
    </w:p>
    <w:p>
      <w:r>
        <w:rPr>
          <w:rFonts w:ascii="Arial" w:hAnsi="Arial" w:eastAsia="MiSans Normal"/>
          <w:color w:val="000000"/>
        </w:rPr>
        <w:t>6  Wi-Fi与文件传输</w:t>
      </w:r>
    </w:p>
    <w:p>
      <w:r>
        <w:rPr>
          <w:rFonts w:ascii="Arial" w:hAnsi="Arial" w:eastAsia="MiSans Normal"/>
          <w:color w:val="000000"/>
        </w:rPr>
        <w:t>7  LC3实时音频传输</w:t>
      </w:r>
    </w:p>
    <w:p>
      <w:r>
        <w:rPr>
          <w:rFonts w:ascii="Arial" w:hAnsi="Arial" w:eastAsia="MiSans Normal"/>
          <w:color w:val="000000"/>
        </w:rPr>
        <w:t>8  OTA升级</w:t>
      </w:r>
    </w:p>
    <w:p>
      <w:r>
        <w:rPr>
          <w:rFonts w:ascii="Arial" w:hAnsi="Arial" w:eastAsia="MiSans Normal"/>
          <w:color w:val="000000"/>
        </w:rPr>
        <w:t>9  API参考</w:t>
      </w:r>
    </w:p>
    <w:p>
      <w:r>
        <w:rPr>
          <w:rFonts w:ascii="Arial" w:hAnsi="Arial" w:eastAsia="MiSans Normal"/>
          <w:color w:val="000000"/>
        </w:rPr>
        <w:t>10  错误码与排查</w:t>
      </w:r>
    </w:p>
    <w:p>
      <w:r>
        <w:rPr>
          <w:rFonts w:ascii="Arial" w:hAnsi="Arial" w:eastAsia="MiSans Normal"/>
          <w:color w:val="000000"/>
        </w:rPr>
        <w:t>11  Demo使用说明</w:t>
      </w:r>
    </w:p>
    <w:p>
      <w:r>
        <w:rPr>
          <w:rFonts w:ascii="Arial" w:hAnsi="Arial" w:eastAsia="MiSans Normal"/>
          <w:color w:val="000000"/>
        </w:rPr>
        <w:t>12  更新与迁移</w:t>
      </w:r>
    </w:p>
    <w:p>
      <w:pPr>
        <w:pStyle w:val="Heading1"/>
      </w:pPr>
      <w:r>
        <w:t>1  概述</w:t>
      </w:r>
    </w:p>
    <w:p>
      <w:r>
        <w:rPr>
          <w:rFonts w:ascii="Arial" w:hAnsi="Arial" w:eastAsia="MiSans Normal"/>
          <w:color w:val="000000"/>
        </w:rPr>
        <w:t>K900SDK 用于 iOS 应用连接和控制 K900 眼镜。实际模块名为 XingYiGlassesSDK，资源包为 XYSDK.bundle。</w:t>
      </w:r>
    </w:p>
    <w:p>
      <w:r>
        <w:rPr>
          <w:rFonts w:ascii="Arial" w:hAnsi="Arial" w:eastAsia="MiSans Normal"/>
          <w:color w:val="000000"/>
        </w:rPr>
        <w:t>sendAiph 用于发起 AI 拍照传图请求。设备控制、查询、拍照、录像和录音等指令统一见 API参考。</w:t>
      </w:r>
    </w:p>
    <w:p>
      <w:r>
        <w:rPr>
          <w:rFonts w:ascii="Arial" w:hAnsi="Arial" w:eastAsia="MiSans Normal"/>
          <w:color w:val="000000"/>
        </w:rPr>
        <w:t>开发者中心是对接说明的维护源。中文和英文文档共用接口声明、指令码、参数表与回复数据。未知回复保留空白，空白不表示没有回复。</w:t>
      </w:r>
    </w:p>
    <w:p>
      <w:pPr>
        <w:pStyle w:val="Heading1"/>
      </w:pPr>
      <w:r>
        <w:t>2  下载与集成</w:t>
      </w:r>
    </w:p>
    <w:p>
      <w:r>
        <w:rPr>
          <w:rFonts w:ascii="Arial" w:hAnsi="Arial" w:eastAsia="MiSans Normal"/>
          <w:color w:val="000000"/>
        </w:rPr>
        <w:t>将 XingYiGlassesSDK.framework 与 XYSDK.bundle 加入 App target。framework 添加到链接库，bundle 添加到 Copy Bundle Resources。当前源码 target 为静态 framework，匹配该产物时选择 Do Not Embed。</w:t>
      </w:r>
    </w:p>
    <w:p>
      <w:r>
        <w:rPr>
          <w:rFonts w:ascii="Arial" w:hAnsi="Arial" w:eastAsia="MiSans Normal"/>
          <w:color w:val="000000"/>
        </w:rPr>
        <w:t>当前 SDK target 配置 iOS 15.6。正式包的最低系统、Xcode 和模拟器架构支持需要按实际发布包确认；使用 iPhone 真机联调 BLE。</w:t>
      </w:r>
    </w:p>
    <w:p>
      <w:r>
        <w:rPr>
          <w:rFonts w:ascii="Arial" w:hAnsi="Arial" w:eastAsia="MiSans Normal"/>
          <w:color w:val="000000"/>
        </w:rPr>
        <w:t>基础 BLE 配置 NSBluetoothAlwaysUsageDescription。文件传输和 OTA 按需配置 NSLocalNetworkUsageDescription，使用系统热点配置 API 时启用 Hotspot Configuration。手机录音和写入系统相册分别按功能配置麦克风及相册权限。</w:t>
      </w:r>
    </w:p>
    <w:p>
      <w:r>
        <w:rPr>
          <w:rFonts w:ascii="Arial" w:hAnsi="Arial" w:eastAsia="MiSans Normal"/>
          <w:color w:val="000000"/>
        </w:rPr>
        <w:t>Demo 的界面库、云端 AI 服务与第三方凭证不属于全部 App 必须集成的核心 BLE 依赖。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#import &lt;XingYiGlassesSDK/XingYiGlassesSDK.h&gt;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NSString *version = [[XYBleManager sharedInstance] xy_sdkVersion];</w:t>
      </w:r>
    </w:p>
    <w:p>
      <w:pPr>
        <w:spacing w:after="20"/>
      </w:pPr>
    </w:p>
    <w:p>
      <w:pPr>
        <w:pStyle w:val="Heading1"/>
      </w:pPr>
      <w:r>
        <w:t>3  快速开始</w:t>
      </w:r>
    </w:p>
    <w:p>
      <w:r>
        <w:rPr>
          <w:rFonts w:ascii="Arial" w:hAnsi="Arial" w:eastAsia="MiSans Normal"/>
          <w:color w:val="000000"/>
        </w:rPr>
        <w:t>导入 SDK 并配置权限后，先注册回调，再扫描设备。保存发现的 CBPeripheral，在用户选择后停止扫描并连接；通信就绪后发送电量查询，按 sr_batv 和状态字符串 0 处理结果。</w:t>
      </w:r>
    </w:p>
    <w:p>
      <w:r>
        <w:rPr>
          <w:rFonts w:ascii="Arial" w:hAnsi="Arial" w:eastAsia="MiSans Normal"/>
          <w:color w:val="000000"/>
        </w:rPr>
        <w:t>连接成功回调不等于通信就绪。单例回调由统一的会话所有者管理，UI 更新切换到主线程；断开后停止业务发送并等待重新连接。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XYBleManager *ble = [XYBleManager sharedInstance];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ble.receiveDataBlock = ^(XYBleRespondModel *response) {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if ([response.cmd isEqualToString:@"sr_batv"] &amp;&amp;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    [response.status isEqualToString:@"0"]) {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    NSLog(@"Battery: %@", response.data[@"pt"]);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}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};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// Call after communication readiness is confirmed.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[ble sendGetBatteryVol];</w:t>
      </w:r>
    </w:p>
    <w:p>
      <w:pPr>
        <w:spacing w:after="20"/>
      </w:pPr>
    </w:p>
    <w:p>
      <w:pPr>
        <w:pStyle w:val="Heading1"/>
      </w:pPr>
      <w:r>
        <w:t>4  蓝牙连接与生命周期</w:t>
      </w:r>
    </w:p>
    <w:p>
      <w:r>
        <w:rPr>
          <w:rFonts w:ascii="Arial" w:hAnsi="Arial" w:eastAsia="MiSans Normal"/>
          <w:color w:val="000000"/>
        </w:rPr>
        <w:t>先注册发现设备、连接状态和接收数据回调，再扫描；保存扫描返回的 CBPeripheral，用户选择后停止扫描并连接。单例回调只能由一个会话所有者统一管理，后一次赋值会覆盖前一次。</w:t>
      </w:r>
    </w:p>
    <w:p>
      <w:r>
        <w:rPr>
          <w:rFonts w:ascii="Arial" w:hAnsi="Arial" w:eastAsia="MiSans Normal"/>
          <w:color w:val="000000"/>
        </w:rPr>
        <w:t>当前 connectStatusBlock(YES) 早于特征发现和通知订阅完成。外设连接、BLE通信就绪和设备系统就绪是不同状态，不能在连接成功回调中直接假定所有指令可用。</w:t>
      </w:r>
    </w:p>
    <w:p>
      <w:r>
        <w:rPr>
          <w:rFonts w:ascii="Arial" w:hAnsi="Arial" w:eastAsia="MiSans Normal"/>
          <w:color w:val="000000"/>
        </w:rPr>
        <w:t>xy_startScanBleDevice 当前会取消已有连接；已连接时不要无意重新扫描。openHeart 只发送一次心跳，不创建周期计时器。UI 更新切换到主线程。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XYBleManager *ble = [XYBleManager sharedInstance];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ble.receiveDataBlock = ^(XYBleRespondModel *response) {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if ([response.cmd isEqualToString:@"sr_batv"] &amp;&amp;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    [response.status isEqualToString:@"0"]) {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    NSLog(@"Battery: %@", response.data[@"pt"]);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}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};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// Call after communication readiness is confirmed.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[ble sendGetBatteryVol];</w:t>
      </w:r>
    </w:p>
    <w:p>
      <w:pPr>
        <w:spacing w:after="20"/>
      </w:pPr>
    </w:p>
    <w:p>
      <w:pPr>
        <w:pStyle w:val="Heading1"/>
      </w:pPr>
      <w:r>
        <w:t>5  AI拍照与传图</w:t>
      </w:r>
    </w:p>
    <w:p>
      <w:r>
        <w:rPr>
          <w:rFonts w:ascii="Arial" w:hAnsi="Arial" w:eastAsia="MiSans Normal"/>
          <w:color w:val="000000"/>
        </w:rPr>
        <w:t>在 BLE 通信和目标设备功能就绪后调用 sendAiph。该方法无参数，固定发送 C=cs_aiph、B为空字符串、W=1。</w:t>
      </w:r>
    </w:p>
    <w:p>
      <w:r>
        <w:rPr>
          <w:rFonts w:ascii="Arial" w:hAnsi="Arial" w:eastAsia="MiSans Normal"/>
          <w:color w:val="000000"/>
        </w:rPr>
        <w:t>sendAiph 与普通拍照 sendTakePhoto:、指定参数的 BLE 拍照 sendTakeBlePhoto:width:height:quality: 是不同入口。不要将其中一个方法的回复或图片尺寸直接套用于另一个。</w:t>
      </w:r>
    </w:p>
    <w:p>
      <w:r>
        <w:rPr>
          <w:rFonts w:ascii="Arial" w:hAnsi="Arial" w:eastAsia="MiSans Normal"/>
          <w:color w:val="000000"/>
        </w:rPr>
        <w:t>SDK 有通用 fileReceiveDataBlock 文件回调；目前资料没有明确将 AI 拍照传图与该回调、图片格式或完成回复绑定。专属回复码、数据字段和完成判定保持空白，按目标固件补充。</w:t>
      </w:r>
    </w:p>
    <w:p>
      <w:r>
        <w:rPr>
          <w:rFonts w:ascii="Arial" w:hAnsi="Arial" w:eastAsia="MiSans Normal"/>
          <w:color w:val="000000"/>
        </w:rPr>
        <w:t>收到文件回调时先复制数据，再异步存储；方法返回 void 不等于图片传输完成。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sendAiph];</w:t>
      </w:r>
    </w:p>
    <w:p>
      <w:pPr>
        <w:spacing w:after="0" w:line="240" w:lineRule="auto"/>
      </w:pP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// Exact request sent by the SDK: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// {"C":"cs_aiph","B":"","W":1}</w:t>
      </w:r>
    </w:p>
    <w:p>
      <w:pPr>
        <w:spacing w:after="20"/>
      </w:pPr>
    </w:p>
    <w:p>
      <w:pPr>
        <w:pStyle w:val="Heading1"/>
      </w:pPr>
      <w:r>
        <w:t>6  Wi-Fi与文件传输</w:t>
      </w:r>
    </w:p>
    <w:p>
      <w:r>
        <w:rPr>
          <w:rFonts w:ascii="Arial" w:hAnsi="Arial" w:eastAsia="MiSans Normal"/>
          <w:color w:val="000000"/>
        </w:rPr>
        <w:t>注册 BLE 和 Socket 回调后，以 openType=0 请求热点。接收 sr_apsr 中的热点信息，加入热点，再建立 Socket，连接后请求文件。当前实现使用固定地址192.168.43.1和端口6001。</w:t>
      </w:r>
    </w:p>
    <w:p>
      <w:r>
        <w:rPr>
          <w:rFonts w:ascii="Arial" w:hAnsi="Arial" w:eastAsia="MiSans Normal"/>
          <w:color w:val="000000"/>
        </w:rPr>
        <w:t>XYSocketManager 的回调数据是累计缓冲区。完成回调返回后 SDK 会清空该缓冲区，异步处理前必须 copy。保存成功后再确认接收，不要在写入失败时确认成功。</w:t>
      </w:r>
    </w:p>
    <w:p>
      <w:r>
        <w:rPr>
          <w:rFonts w:ascii="Arial" w:hAnsi="Arial" w:eastAsia="MiSans Normal"/>
          <w:color w:val="000000"/>
        </w:rPr>
        <w:t>当前 sendFileRecv:fileName: 的 fname 未加 JSON 字符串引号；正常断开与成功连接也可能都以 nil error 回调。生产接入需修复或明确这些行为，不能靠文档假定已解决。</w:t>
      </w:r>
    </w:p>
    <w:p>
      <w:r>
        <w:rPr>
          <w:rFonts w:ascii="Arial" w:hAnsi="Arial" w:eastAsia="MiSans Normal"/>
          <w:color w:val="000000"/>
        </w:rPr>
        <w:t>协议文件类型：49照片、50视频、51音频、52BLE照片、255全部。接收确认不能使用全部类型。</w:t>
      </w:r>
    </w:p>
    <w:p>
      <w:pPr>
        <w:pStyle w:val="Heading1"/>
      </w:pPr>
      <w:r>
        <w:t>7  LC3实时音频传输</w:t>
      </w:r>
    </w:p>
    <w:p>
      <w:r>
        <w:rPr>
          <w:rFonts w:ascii="Arial" w:hAnsi="Arial" w:eastAsia="MiSans Normal"/>
          <w:color w:val="000000"/>
        </w:rPr>
        <w:t>sendSound: 当前源码映射 Start=1、Chat=6、Stop=5、No_Sound=2。旧资料对 Chat 和 Stop 的描述相反，以源码记录发送值，设备实际语义另行核验。</w:t>
      </w:r>
    </w:p>
    <w:p>
      <w:r>
        <w:rPr>
          <w:rFonts w:ascii="Arial" w:hAnsi="Arial" w:eastAsia="MiSans Normal"/>
          <w:color w:val="000000"/>
        </w:rPr>
        <w:t>sendStartLC3 和 sendStopLC3 发送 enable_custom_audio_tx，enable分别为1和0。音频通过lc3ReceiveDataBlock提供；采样率、帧长、声道数和解码参数不在当前资料中确认。</w:t>
      </w:r>
    </w:p>
    <w:p>
      <w:pPr>
        <w:pStyle w:val="Heading1"/>
      </w:pPr>
      <w:r>
        <w:t>8  OTA升级</w:t>
      </w:r>
    </w:p>
    <w:p>
      <w:r>
        <w:rPr>
          <w:rFonts w:ascii="Arial" w:hAnsi="Arial" w:eastAsia="MiSans Normal"/>
          <w:color w:val="000000"/>
        </w:rPr>
        <w:t>查询设备版本并选择匹配的升级包。差分系统包必须匹配当前源版本。用openType=1打开升级热点，连接后使用XYOTAManager发送升级数据。</w:t>
      </w:r>
    </w:p>
    <w:p>
      <w:r>
        <w:rPr>
          <w:rFonts w:ascii="Arial" w:hAnsi="Arial" w:eastAsia="MiSans Normal"/>
          <w:color w:val="000000"/>
        </w:rPr>
        <w:t>当前枚举APK=0、MTK=1、BES=2，对应发送协议类型54、55、56。各类型设备支持范围需按固件验证。</w:t>
      </w:r>
    </w:p>
    <w:p>
      <w:r>
        <w:rPr>
          <w:rFonts w:ascii="Arial" w:hAnsi="Arial" w:eastAsia="MiSans Normal"/>
          <w:color w:val="000000"/>
        </w:rPr>
        <w:t>completionBlock成功仅表示Socket分包写入结束，不是设备安装完成。等待设备升级事件，并在重启重连后核验目标版本。不要将传输100%直接显示为升级成功。</w:t>
      </w:r>
    </w:p>
    <w:p>
      <w:pPr>
        <w:pStyle w:val="Heading1"/>
      </w:pPr>
      <w:r>
        <w:t>9  API参考</w:t>
      </w:r>
    </w:p>
    <w:p>
      <w:r>
        <w:rPr>
          <w:rFonts w:ascii="Arial" w:hAnsi="Arial" w:eastAsia="MiSans Normal"/>
          <w:color w:val="000000"/>
        </w:rPr>
        <w:t>C 为指令码，B 为业务数据，S 为回复状态。S=0 表示成功，主动事件可能省略 S；缺失 S 不得按成功处理。XYBleRespondModel.status 为字符串，应使用精确字符串比较。</w:t>
      </w:r>
    </w:p>
    <w:p>
      <w:r>
        <w:rPr>
          <w:rFonts w:ascii="Arial" w:hAnsi="Arial" w:eastAsia="MiSans Normal"/>
          <w:color w:val="000000"/>
        </w:rPr>
        <w:t>B 必须保留 SDK 实际采用的 JSON 字符串或对象编码。W 的完整含义未确认；cs_aiph 固定携带 W=1。示例来自源码或历史协议，未声明为真机抓包。void 返回不表示设备执行完成。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76"/>
        <w:gridCol w:w="1728"/>
        <w:gridCol w:w="5861"/>
        <w:gridCol w:w="1728"/>
      </w:tblGrid>
      <w:tr>
        <w:trPr>
          <w:tblHeader/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编号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请求 / 事件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功能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回复码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cs_hrt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心跳指令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sr_hrt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cs_stm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设置时间指令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sr_stm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cs_batv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获取电量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sr_batv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cs_syvr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查询版本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sr_syvr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cs_gtst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查询存储信息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sr_gtst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cs_shut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关设备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sr_shut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cs_rebt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重启设备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sr_rebt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cs_wku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唤醒系统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cs_slp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休眠系统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cs_pho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拍照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sr_pho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cs_ctph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连拍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sr_ctph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cs_vdo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录像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sr_vdo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cs_ado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录音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sr_ado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cs_opap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请求眼镜打开wifi热点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sr_apsr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cs_csap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向眼镜请求wifi关闭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sr_csap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cs_asfl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请求文件传输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sr_asfl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cs_clst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清空眼镜的多媒体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sr_clst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cs_gmst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获取眼镜多媒体的设置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sr_gmst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cs_phst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设置拍照参数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sr_phst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cs_vdst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设置录像参数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sr_vdst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cs_adst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设置录音参数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sr_adst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22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sr_stat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状态回传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sr_stat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23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cs_ivww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通知眼镜唤醒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sr_ivww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24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cs_wfsta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手机发送热点信息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sr_wfsta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25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cs_phoalg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是否开启图像算法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sr_phoalg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26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cs_vdoeis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是否开启视频防抖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sr_vdoeis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27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cs_algeis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获取图像算法/视频防抖开关状态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sr_algeis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28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cs_swst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获取智能交互开关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29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cs_swit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设置智能交互开关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sr_swit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30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cs_aiph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AI拍照传图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31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cs_wfop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设置wifi开关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32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cs_sound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同步AI状态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sr_sound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33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cs_stvd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停止视频录制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sr_stvd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34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cs_stad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停止音频录制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sr_stad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35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cs_wrst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获取佩戴状态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sr_wrst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36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cs_btst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获取BT蓝牙连接状态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sr_btst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37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cs_blna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设置Ble蓝牙名称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sr_blna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38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cs_gbtna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获取BT蓝牙名称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sr_gbtna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39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cs_btaddr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获取Mac地址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sr_btaddr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40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cs_vol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设置音量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sr_vol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41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cs_ledon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LED开控制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sr_ledon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42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cs_ledoff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LED关控制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sr_ledoff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43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sr_adota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OTA进度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sr_adota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44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cs_fbvol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滑动调音量开关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sr_fbvol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45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cs_hfpst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HFP状态查询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sr_hfpst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46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cs_flts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文件状态同步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47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enable_custom_audio_tx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LC3 音频发送控制（TX）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48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sr_vcmd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语音命令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sr_vcmd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49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sr_tpevt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触摸事件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sr_tpevt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50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sr_keyevt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按钮事件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sr_keyevt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51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sr_stai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停止AI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sr_stai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52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sr_log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日志上报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sr_log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53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cs_sdfl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发送文件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54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cs_wkcfm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AI继续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55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cs_wsdelay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唤醒音延时设置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56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enable_custom_audio_rx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LC3_RX控制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57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enable_hfp_audio_server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LC3_HFP控制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58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cs_vdroixy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视频ROI设置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sr_vdroixy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59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sr_ivcw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语音唤醒关闭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sr_ivcw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60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cs_vbit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设置视频比特率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sr_vbit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61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cs_blecfm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播放Connected提示音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sr_blecfm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62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cs_wbdc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bt是否随佩戴检测自动断开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sr_wbdc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63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cs_nwai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是否允许未佩戴时也能用 AI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sr_nwai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64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cs_woft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设置摘下时间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sr_woft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65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cs_syrd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查询系统是否准备好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66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cs_flrv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报告某个文件接收完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67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cs_btna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设置BT蓝牙名称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sr_btna</w:t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68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cs_svad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设置开启关闭定向拾音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69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cs_wfcon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连接到指定Wifi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70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cs_syntm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同步时间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71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cs_bleph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Ble拍照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72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cs_en_campa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设置摄像头自定义参数模式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73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cs_set_campa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设置摄像头参数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74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cs_get_campa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获取当前摄像头参数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576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75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cs_get_camparange</w:t>
            </w:r>
          </w:p>
        </w:tc>
        <w:tc>
          <w:tcPr>
            <w:tcW w:type="dxa" w:w="586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获取摄像头参数范围</w:t>
            </w:r>
          </w:p>
        </w:tc>
        <w:tc>
          <w:tcPr>
            <w:tcW w:type="dxa" w:w="1728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9.1  cs_hrt  心跳指令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(void)openHeart;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同步心跳包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openHeart];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{"C":"cs_hrt","B":""}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sr_hrt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vt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电压，毫伏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pt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电量百分比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charg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充电状态，取值留待补充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ready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系统就绪状态，取值留待补充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{"C":"sr_hrt","S":0,"B":{"vt":4192,"pt":81,"charg":0,"ready":1}}</w:t>
      </w:r>
    </w:p>
    <w:p>
      <w:pPr>
        <w:spacing w:after="20"/>
      </w:pPr>
    </w:p>
    <w:p>
      <w:pPr>
        <w:pStyle w:val="Heading2"/>
      </w:pPr>
      <w:r>
        <w:t>9.2  cs_stm  设置时间指令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(void)sendSetTime;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设置时间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sendSetTime];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mill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当前时间戳，毫秒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{"C":"cs_stm","B":"{\"mill\":1731920125169}"}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sr_stm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回复示例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{"C":"sr_stm","S":0,"B":""}</w:t>
      </w:r>
    </w:p>
    <w:p>
      <w:pPr>
        <w:spacing w:after="20"/>
      </w:pPr>
    </w:p>
    <w:p>
      <w:pPr>
        <w:pStyle w:val="Heading2"/>
      </w:pPr>
      <w:r>
        <w:t>9.3  cs_batv  获取电量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(void)sendGetBatteryVol;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获取电量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sendGetBatteryVol];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{"C":"cs_batv","B":""}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sr_batv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vt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电压，毫伏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pt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电量百分比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{"C":"sr_batv","S":0,"B":{"vt":4192,"pt":81}}</w:t>
      </w:r>
    </w:p>
    <w:p>
      <w:pPr>
        <w:spacing w:after="20"/>
      </w:pPr>
    </w:p>
    <w:p>
      <w:pPr>
        <w:pStyle w:val="Heading2"/>
      </w:pPr>
      <w:r>
        <w:t>9.4  cs_syvr  查询版本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(void)sendGetSystemVersion;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获取版本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sendGetSystemVersion];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{"C":"cs_syvr","B":""}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sr_syvr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app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眼镜端App版本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sys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眼镜系统固件版本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dpj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单片机版本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9.5  cs_gtst  查询存储信息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(void)sendGetStorageInfo;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获取存储信息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sendGetStorageInfo];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{"C":"cs_gtst","B":""}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sr_gtst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total_size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总存储容量，单位留待补充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free_size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可用存储容量，单位留待补充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phonum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照片数量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vdonum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视频数量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adonum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音频数量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9.6  cs_shut  关设备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(void)shutDevice;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设备关机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shutDevice];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{"C":"cs_shut","B":""}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sr_shut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9.7  cs_rebt  重启设备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(void)rebootDevice;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设备重启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rebootDevice];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{"C":"cs_rebt","B":""}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sr_rebt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9.8  cs_wku  唤醒系统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r>
        <w:rPr>
          <w:rFonts w:ascii="Arial" w:hAnsi="Arial" w:eastAsia="MiSans Normal"/>
          <w:color w:val="000000"/>
        </w:rPr>
        <w:t>公开头文件未提供对应封装。</w:t>
      </w: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{"C":"cs_wku","B":""}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9.9  cs_slp  休眠系统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r>
        <w:rPr>
          <w:rFonts w:ascii="Arial" w:hAnsi="Arial" w:eastAsia="MiSans Normal"/>
          <w:color w:val="000000"/>
        </w:rPr>
        <w:t>公开头文件未提供对应封装。</w:t>
      </w: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{"C":"cs_slp","B":""}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9.10  cs_pho  拍照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(void)sendTakePhoto:(NSString *)pictureName;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拍照</w:t>
        <w:br/>
        <w:t>@param pictureName 图片名称：20241126162655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按请求参数说明准备以下变量，示例为调用模板：NSString * pictureName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sendTakePhoto:pictureName];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fname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照片名称，不含 .jpg 后缀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{"C":"cs_pho","B":"{\"fname\":\"20260909143000\"}"}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sr_pho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9.11  cs_ctph  连拍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(void)sendContinuePhoto;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连拍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sendContinuePhoto];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time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SDK 生成的当前时间戳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sr_ctph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9.12  cs_vdo  录像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(void)sendVideoRecord:(NSString *)videoName;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录像</w:t>
        <w:br/>
        <w:t>@param videoName 视频名称：20241126162655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按请求参数说明准备以下变量，示例为调用模板：NSString * videoName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sendVideoRecord:videoName];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fname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视频名称，不含 .mp4 后缀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sr_vdo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9.13  cs_ado  录音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(void)sendAudioRecord:(NSString *)audioName;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录音</w:t>
        <w:br/>
        <w:t>@param audioName 音频名称：20241126162655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按请求参数说明准备以下变量，示例为调用模板：NSString * audioName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sendAudioRecord:audioName];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fname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录音名称，不含 .mp3 后缀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sr_ado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9.14  cs_opap  请求眼镜打开wifi热点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(void)requestServerOpenHotspotWithOpenType:(NSInteger )openType;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开启Wifi热点</w:t>
        <w:br/>
        <w:t>@param openType 0普通，1OTA升级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按请求参数说明准备以下变量，示例为调用模板：NSInteger openType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requestServerOpenHotspotWithOpenType:openType];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platform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升级模式为1，普通模式发送空 B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{"C":"cs_opap","B":""}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sr_apsr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succ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boolean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热点建立是否成功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ssid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热点名称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pwd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热点密码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9.15  cs_csap  向眼镜请求wifi关闭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(void)closeHotspot;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关闭Wifi热点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closeHotspot];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{"C":"cs_csap","B":""}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sr_csap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9.16  cs_asfl  请求文件传输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(void)askFile:(XYFileType )fileType;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请求文件传输</w:t>
        <w:br/>
        <w:t>@param fileType 文件类型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按请求参数说明准备以下变量，示例为调用模板：XYFileType fileType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askFile:fileType];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SDK音频类型为51，BLE照片为52；旧资料的音频0x34不沿用。</w:t>
      </w: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ftype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49照片，50视频，51音频，52BLE照片，255全部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{"C":"cs_asfl","B":"{\"ftype\":49}"}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sr_asfl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filecount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传输文件总数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9.17  cs_clst  清空眼镜的多媒体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(void)sendClearAllMedia:(XYFileType )fileType;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请求清空多媒体</w:t>
        <w:br/>
        <w:t>@param fileType 文件类型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按请求参数说明准备以下变量，示例为调用模板：XYFileType fileType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sendClearAllMedia:fileType];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删除操作不可盲目重试。SDK音频类型为51。</w:t>
      </w: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ftype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49照片，50视频，51音频，52BLE照片，255全部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sr_clst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9.18  cs_gmst  获取眼镜多媒体的设置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(void)sendGetMediaSettings;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获取多媒体设置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sendGetMediaSettings];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{"C":"cs_gmst","B":""}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sr_gmst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pw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照片宽度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ph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照片高度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vw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视频宽度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vh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视频高度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vq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0低，1中，2高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vs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视频时长，秒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as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录音时长，秒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9.19  cs_phst  设置拍照参数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(void)sendSetPhotoParam:(XYPhotoArgumentType )photoArgumentType;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设置拍照参数</w:t>
        <w:br/>
        <w:t>@param photoArgumentType 拍照参数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按请求参数说明准备以下变量，示例为调用模板：XYPhotoArgumentType photoArgumentType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sendSetPhotoParam:photoArgumentType];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w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照片宽度，按 XYPhotoArgumentType 选择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h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照片高度，与宽度配对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sr_phst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succ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boolean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设置是否成功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w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照片宽度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h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照片高度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9.20  cs_vdst  设置录像参数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(void)sendSetVideoParam:(XYVideoArgumentSizeType )videoArgumentSizeType videoArgumentQualityType:(XYVideoArgumentQualityType )videoArgumentQualityType videoArgumentDurationType:(XYVideoArgumentDurationType )videoArgumentDurationType;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设置录像参数</w:t>
        <w:br/>
        <w:t>@param videoArgumentSizeType 录像大小</w:t>
        <w:br/>
        <w:t>@param videoArgumentQualityType 录像质量</w:t>
        <w:br/>
        <w:t>@param videoArgumentDurationType 录像时长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按请求参数说明准备以下变量，示例为调用模板：XYVideoArgumentSizeType videoArgumentSizeType, XYVideoArgumentQualityType videoArgumentQualityType, XYVideoArgumentDurationType videoArgumentDurationType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sendSetVideoParam:videoArgumentSizeType videoArgumentQualityType:videoArgumentQualityType videoArgumentDurationType:videoArgumentDurationType];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w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视频宽度，1920、1280或640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h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配对高度，1080、720或480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q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0低，1中，2高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时长，30、60、180或300秒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sr_vdst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succ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boolean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设置是否成功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w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视频宽度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h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视频高度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q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视频质量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视频时长，秒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9.21  cs_adst  设置录音参数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(void)sendSetAudioParam:(XYAudioArgumentDurationType )audioArgumentType;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设置录音参数</w:t>
        <w:br/>
        <w:t>@param audioArgumentType 录音参数类型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按请求参数说明准备以下变量，示例为调用模板：XYAudioArgumentDurationType audioArgumentType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sendSetAudioParam:audioArgumentType];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时长，60、180、300、600、1800、3600或7200秒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sr_adst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succ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boolean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设置是否成功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录音时长，秒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9.22  sr_stat  状态回传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r>
        <w:rPr>
          <w:rFonts w:ascii="Arial" w:hAnsi="Arial" w:eastAsia="MiSans Normal"/>
          <w:color w:val="000000"/>
        </w:rPr>
        <w:t>设备主动上报，使用统一接收回调。</w:t>
      </w:r>
    </w:p>
    <w:p>
      <w:pPr>
        <w:pStyle w:val="Heading3"/>
      </w:pPr>
      <w:r>
        <w:t>事件数据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事件码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sr_stat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type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状态类型，附件列出sys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state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sys类型中1表示系统启动中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msg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信息描述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事件示例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9.23  cs_ivww  通知眼镜唤醒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(void)sendWakeUp;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唤醒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sendWakeUp];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{"C":"cs_ivww","B":""}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sr_ivww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lang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unknow 按键类唤醒，en 英语，zh 中文，来源另见src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src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0语音，1触摸单击，2按键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9.24  cs_wfsta  手机发送热点信息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(void)sendWifiSTA:(NSString *)ssid pwd:(NSString *)pwd ip:(NSString *)ip;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设置手机wifi</w:t>
        <w:br/>
        <w:t>@param ssid 名称</w:t>
        <w:br/>
        <w:t>@param pwd 密码</w:t>
        <w:br/>
        <w:t>@param ip IP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按请求参数说明准备以下变量，示例为调用模板：NSString * ssid, NSString * pwd, NSString * ip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sendWifiSTA:ssid pwd:pwd ip:ip];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ssid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热点名称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pwd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热点密码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ip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IP地址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sr_wfsta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ip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眼镜IP地址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9.25  cs_phoalg  是否开启图像算法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(void)sendSetPhoalg:(BOOL )isOn;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设置开启关闭图像算法</w:t>
        <w:br/>
        <w:t>@param isOn 是否打开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按请求参数说明准备以下变量，示例为调用模板：BOOL isOn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sendSetPhoalg:isOn];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enable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1开，0关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sr_phoalg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succ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boolean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设置是否成功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9.26  cs_vdoeis  是否开启视频防抖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(void)sendSetVdoeis:(BOOL )isOn;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设置开启关闭视频防抖</w:t>
        <w:br/>
        <w:t>@param isOn 是否打开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按请求参数说明准备以下变量，示例为调用模板：BOOL isOn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sendSetVdoeis:isOn];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enable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1开，0关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sr_vdoeis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succ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boolean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设置是否成功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9.27  cs_algeis  获取图像算法/视频防抖开关状态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(void)sendAlgeis;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获取图像算法/视频防抖开关状态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sendAlgeis];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{"C":"cs_algeis","B":""}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sr_algeis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succ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boolean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请求是否成功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phoalgenable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图像算法开关，1开0关，类型待补充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vdoeisenable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视频防抖开关，1开0关，类型待补充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9.28  cs_swst  获取智能交互开关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(void)sendSwst;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获取智能交互开关状态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sendSwst];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旧资料的回复码和示例冲突，回复留空。</w:t>
      </w: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{"C":"cs_swst","B":""}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9.29  cs_swit  设置智能交互开关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(void)sendSetSwit:(NSInteger )type isOn:(BOOL )isOn;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设置智能交互开关</w:t>
        <w:br/>
        <w:t>@param type 类型：1佩戴检测，2拍照提示，3录像提示，4录音提示，5按键唤醒，6触摸，7闪灯，8语音唤醒</w:t>
        <w:br/>
        <w:t>@param isOn 是否打开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按请求参数说明准备以下变量，示例为调用模板：NSInteger type, BOOL isOn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sendSetSwit:type isOn:isOn];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type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1佩戴，2拍照提示，3录像提示，4录音提示，5按键唤醒，6触摸，7闪灯，8语音唤醒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switch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1开，0关，SDK发送整数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sr_swit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9.30  cs_aiph  AI拍照传图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(void)sendAiph;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AI拍照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sendAiph];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公开方法 sendAiph，无方法参数，固定发送W=1。图片传输的专属回复和完成约定留空。</w:t>
      </w: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{"C":"cs_aiph","B":"","W":1}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9.31  cs_wfop  设置wifi开关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(void)sendWifiWfop:(NSString *)ssid pwd:(NSString *)pwd isOn:(BOOL )isOn;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设置wifi开关</w:t>
        <w:br/>
        <w:t>@param ssid 名称</w:t>
        <w:br/>
        <w:t>@param pwd 密码</w:t>
        <w:br/>
        <w:t>@param isOn 是否打开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按请求参数说明准备以下变量，示例为调用模板：NSString * ssid, NSString * pwd, BOOL isOn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sendWifiWfop:ssid pwd:pwd isOn:isOn];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旧资料的回复码和示例冲突，回复留空。</w:t>
      </w: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ssid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Wi-Fi名称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pwd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Wi-Fi密码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enable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1开，0关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9.32  cs_sound  同步AI状态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(void)sendSound:(XYAIStatusType )statusType;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同步AI状态</w:t>
        <w:br/>
        <w:t>@param statusType 状态类型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按请求参数说明准备以下变量，示例为调用模板：XYAIStatusType statusType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sendSound:statusType];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SDK的Chat=6、Stop=5与旧文档相反。这里记录当前发送值；固件实际含义需核验。</w:t>
      </w: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type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SDK映射 Start=1、Chat=6、Stop=5、No_Sound=2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sr_sound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9.33  cs_stvd  停止视频录制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(void)sendStopVideoRecord;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停止视频录制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sendStopVideoRecord];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{"C":"cs_stvd","B":""}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sr_stvd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9.34  cs_stad  停止音频录制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(void)sendStopAudioRecord;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停止音频录制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sendStopAudioRecord];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{"C":"cs_stad","B":""}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sr_stad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9.35  cs_wrst  获取佩戴状态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(void)sendGetWearState;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获取佩戴状态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sendGetWearState];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{"C":"cs_wrst","B":""}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sr_wrst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on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1佩戴，0未佩戴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9.36  cs_btst  获取BT蓝牙连接状态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(void)sendGetBTConnectState;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获取BT蓝牙连接状态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sendGetBTConnectState];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{"C":"cs_btst","B":""}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sr_btst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on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1连接，0未连接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9.37  cs_blna  设置Ble蓝牙名称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(void)sendSetBleName:(NSString *)bleName;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设置Ble蓝牙名称</w:t>
        <w:br/>
        <w:t>@param bleName Ble蓝牙名称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按请求参数说明准备以下变量，示例为调用模板：NSString * bleName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sendSetBleName:bleName];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blename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新的BLE名称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sr_blna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9.38  cs_gbtna  获取BT蓝牙名称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(void)sendGetBTName;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获取BT蓝牙名称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sendGetBTName];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{"C":"cs_gbtna","B":""}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sr_gbtna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btname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BT名称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9.39  cs_btaddr  获取Mac地址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(void)sendGetMacAddress;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获取Mac地址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sendGetMacAddress];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{"C":"cs_btaddr","B":""}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sr_btaddr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btaddr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MAC地址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9.40  cs_vol  设置音量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(void)sendSetVolume:(NSInteger)volume;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设置音量</w:t>
        <w:br/>
        <w:t>@param volume 音量，范围0~15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按请求参数说明准备以下变量，示例为调用模板：NSInteger volume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sendSetVolume:volume];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vol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音量，0～15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{"C":"cs_vol","B":"{\"vol\":10}"}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sr_vol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回复示例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{"C":"sr_vol","S":0}</w:t>
      </w:r>
    </w:p>
    <w:p>
      <w:pPr>
        <w:spacing w:after="20"/>
      </w:pPr>
    </w:p>
    <w:p>
      <w:pPr>
        <w:pStyle w:val="Heading2"/>
      </w:pPr>
      <w:r>
        <w:t>9.41  cs_ledon  LED开控制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r>
        <w:rPr>
          <w:rFonts w:ascii="Arial" w:hAnsi="Arial" w:eastAsia="MiSans Normal"/>
          <w:color w:val="000000"/>
        </w:rPr>
        <w:t>公开头文件未提供对应封装。</w:t>
      </w: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led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0红，1绿，2蓝，3橙，4白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ontime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亮起时长，毫秒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offtime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熄灭时长，毫秒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count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重复次数</w:t>
            </w:r>
          </w:p>
        </w:tc>
      </w:tr>
    </w:tbl>
    <w:p>
      <w:pPr>
        <w:spacing w:after="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sr_ledon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9.42  cs_ledoff  LED关控制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r>
        <w:rPr>
          <w:rFonts w:ascii="Arial" w:hAnsi="Arial" w:eastAsia="MiSans Normal"/>
          <w:color w:val="000000"/>
        </w:rPr>
        <w:t>公开头文件未提供对应封装。</w:t>
      </w: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led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0红，1绿，2蓝，3橙，4白</w:t>
            </w:r>
          </w:p>
        </w:tc>
      </w:tr>
    </w:tbl>
    <w:p>
      <w:pPr>
        <w:spacing w:after="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sr_ledoff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9.43  sr_adota  OTA进度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r>
        <w:rPr>
          <w:rFonts w:ascii="Arial" w:hAnsi="Arial" w:eastAsia="MiSans Normal"/>
          <w:color w:val="000000"/>
        </w:rPr>
        <w:t>设备主动上报，使用统一接收回调。</w:t>
      </w:r>
    </w:p>
    <w:p>
      <w:pPr>
        <w:pStyle w:val="Heading3"/>
      </w:pPr>
      <w:r>
        <w:t>事件数据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事件码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sr_adota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type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update进度，success成功，error失败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progress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0～100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事件示例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{"C":"sr_adota","B":{"type":"update","progress":35}}</w:t>
      </w:r>
    </w:p>
    <w:p>
      <w:pPr>
        <w:spacing w:after="20"/>
      </w:pPr>
    </w:p>
    <w:p>
      <w:pPr>
        <w:pStyle w:val="Heading2"/>
      </w:pPr>
      <w:r>
        <w:t>9.44  cs_fbvol  滑动调音量开关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r>
        <w:rPr>
          <w:rFonts w:ascii="Arial" w:hAnsi="Arial" w:eastAsia="MiSans Normal"/>
          <w:color w:val="000000"/>
        </w:rPr>
        <w:t>公开头文件未提供对应封装。</w:t>
      </w: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switch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1开，0关</w:t>
            </w:r>
          </w:p>
        </w:tc>
      </w:tr>
    </w:tbl>
    <w:p>
      <w:pPr>
        <w:spacing w:after="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sr_fbvol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9.45  cs_hfpst  HFP状态查询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r>
        <w:rPr>
          <w:rFonts w:ascii="Arial" w:hAnsi="Arial" w:eastAsia="MiSans Normal"/>
          <w:color w:val="000000"/>
        </w:rPr>
        <w:t>公开头文件未提供对应封装。</w:t>
      </w: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sr_hfpst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on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0无激活通话，1有激活通话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9.46  cs_flts  文件状态同步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r>
        <w:rPr>
          <w:rFonts w:ascii="Arial" w:hAnsi="Arial" w:eastAsia="MiSans Normal"/>
          <w:color w:val="000000"/>
        </w:rPr>
        <w:t>公开头文件未提供对应封装。</w:t>
      </w:r>
    </w:p>
    <w:p>
      <w:r>
        <w:rPr>
          <w:rFonts w:ascii="Arial" w:hAnsi="Arial" w:eastAsia="MiSans Normal"/>
          <w:color w:val="000000"/>
        </w:rPr>
        <w:t>该方法只在实现中存在，未公开。源码发送state、index及W=1；自动重传调用被注释。</w:t>
      </w: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state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1请求下一包，0错误或重传请求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index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期望的包索引，从0开始</w:t>
            </w:r>
          </w:p>
        </w:tc>
      </w:tr>
    </w:tbl>
    <w:p>
      <w:pPr>
        <w:spacing w:after="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9.47  enable_custom_audio_tx  LC3 音频发送控制（TX）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(void)sendStartLC3;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开启LC3音频传输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(void)sendStopLC3;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停止LC3音频传输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sendStartLC3];</w:t>
      </w:r>
    </w:p>
    <w:p>
      <w:pPr>
        <w:spacing w:after="20"/>
      </w:pP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sendStopLC3];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当前SDK发送TX，旧资料的RX标题和示例不作为此方法依据。</w:t>
      </w: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enable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1开，0关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{"C":"enable_custom_audio_tx","B":"{\"enable\":0}"}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9.48  sr_vcmd  语音命令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r>
        <w:rPr>
          <w:rFonts w:ascii="Arial" w:hAnsi="Arial" w:eastAsia="MiSans Normal"/>
          <w:color w:val="000000"/>
        </w:rPr>
        <w:t>设备主动上报，使用统一接收回调。</w:t>
      </w:r>
    </w:p>
    <w:p>
      <w:pPr>
        <w:pStyle w:val="Heading3"/>
      </w:pPr>
      <w:r>
        <w:t>事件数据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事件码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sr_vcmd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cmd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1拍照，2开始录像，3停止录像，4接听，5拒接或挂断，6音量加，7音量减，20会话超时，21无效命令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事件示例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9.49  sr_tpevt  触摸事件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r>
        <w:rPr>
          <w:rFonts w:ascii="Arial" w:hAnsi="Arial" w:eastAsia="MiSans Normal"/>
          <w:color w:val="000000"/>
        </w:rPr>
        <w:t>设备主动上报，使用统一接收回调。</w:t>
      </w:r>
    </w:p>
    <w:p>
      <w:pPr>
        <w:pStyle w:val="Heading3"/>
      </w:pPr>
      <w:r>
        <w:t>事件数据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事件码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sr_tpevt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type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0单击，1双击，2三击，3长按，4前滑，5后滑，6上滑，7下滑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事件示例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9.50  sr_keyevt  按钮事件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r>
        <w:rPr>
          <w:rFonts w:ascii="Arial" w:hAnsi="Arial" w:eastAsia="MiSans Normal"/>
          <w:color w:val="000000"/>
        </w:rPr>
        <w:t>设备主动上报，使用统一接收回调。</w:t>
      </w:r>
    </w:p>
    <w:p>
      <w:pPr>
        <w:pStyle w:val="Heading3"/>
      </w:pPr>
      <w:r>
        <w:t>事件数据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事件码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sr_keyevt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button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0左按钮，1右按钮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type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0单击，1长按，2双击，3三击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事件示例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9.51  sr_stai  停止AI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r>
        <w:rPr>
          <w:rFonts w:ascii="Arial" w:hAnsi="Arial" w:eastAsia="MiSans Normal"/>
          <w:color w:val="000000"/>
        </w:rPr>
        <w:t>设备主动上报，使用统一接收回调。</w:t>
      </w:r>
    </w:p>
    <w:p>
      <w:pPr>
        <w:pStyle w:val="Heading3"/>
      </w:pPr>
      <w:r>
        <w:t>事件数据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事件码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sr_stai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type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0表示AI停止或结束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事件示例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9.52  sr_log  日志上报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r>
        <w:rPr>
          <w:rFonts w:ascii="Arial" w:hAnsi="Arial" w:eastAsia="MiSans Normal"/>
          <w:color w:val="000000"/>
        </w:rPr>
        <w:t>设备主动上报，使用统一接收回调。</w:t>
      </w:r>
    </w:p>
    <w:p>
      <w:r>
        <w:rPr>
          <w:rFonts w:ascii="Arial" w:hAnsi="Arial" w:eastAsia="MiSans Normal"/>
          <w:color w:val="000000"/>
        </w:rPr>
        <w:t>旧资料的log与body字段名冲突，字段留空。</w:t>
      </w:r>
    </w:p>
    <w:p>
      <w:pPr>
        <w:pStyle w:val="Heading3"/>
      </w:pPr>
      <w:r>
        <w:t>事件数据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事件码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sr_log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事件示例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9.53  cs_sdfl  发送文件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r>
        <w:rPr>
          <w:rFonts w:ascii="Arial" w:hAnsi="Arial" w:eastAsia="MiSans Normal"/>
          <w:color w:val="000000"/>
        </w:rPr>
        <w:t>公开头文件未提供对应封装。</w:t>
      </w: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9.54  cs_wkcfm  AI继续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(void)sendAiConfirm;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AI确认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sendAiConfirm];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{"C":"cs_wkcfm","B":""}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9.55  cs_wsdelay  唤醒音延时设置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(void)sendSoundDelay:(NSInteger )mills;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延迟播放提示音</w:t>
        <w:br/>
        <w:t>@param mills 时间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按请求参数说明准备以下变量，示例为调用模板：NSInteger mills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sendSoundDelay:mills];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mills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唤醒提示音延迟，SDK保留字段名 mills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9.56  enable_custom_audio_rx  LC3_RX控制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r>
        <w:rPr>
          <w:rFonts w:ascii="Arial" w:hAnsi="Arial" w:eastAsia="MiSans Normal"/>
          <w:color w:val="000000"/>
        </w:rPr>
        <w:t>公开头文件未提供对应封装。</w:t>
      </w: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enable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1开，0关</w:t>
            </w:r>
          </w:p>
        </w:tc>
      </w:tr>
    </w:tbl>
    <w:p>
      <w:pPr>
        <w:spacing w:after="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9.57  enable_hfp_audio_server  LC3_HFP控制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r>
        <w:rPr>
          <w:rFonts w:ascii="Arial" w:hAnsi="Arial" w:eastAsia="MiSans Normal"/>
          <w:color w:val="000000"/>
        </w:rPr>
        <w:t>公开头文件未提供对应封装。</w:t>
      </w: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enable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1开，0关</w:t>
            </w:r>
          </w:p>
        </w:tc>
      </w:tr>
    </w:tbl>
    <w:p>
      <w:pPr>
        <w:spacing w:after="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9.58  cs_vdroixy  视频ROI设置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(void)sendVideoRoixyWithX:(NSInteger)x y:(NSInteger)y;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设置视频 ROI 坐标</w:t>
        <w:br/>
        <w:t>@param x X 坐标，范围0~1144</w:t>
        <w:br/>
        <w:t>@param y Y 坐标，范围0~1020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按请求参数说明准备以下变量，示例为调用模板：NSInteger x, NSInteger y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sendVideoRoixyWithX:x y:y];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SDK只发送x和y，不发送旧资料中的w和h。</w:t>
      </w: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x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头文件范围0～1144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y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头文件范围0～1020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sr_vdroixy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9.59  sr_ivcw  语音唤醒关闭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r>
        <w:rPr>
          <w:rFonts w:ascii="Arial" w:hAnsi="Arial" w:eastAsia="MiSans Normal"/>
          <w:color w:val="000000"/>
        </w:rPr>
        <w:t>设备主动上报，使用统一接收回调。</w:t>
      </w:r>
    </w:p>
    <w:p>
      <w:pPr>
        <w:pStyle w:val="Heading3"/>
      </w:pPr>
      <w:r>
        <w:t>事件数据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事件码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sr_ivcw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事件示例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9.60  cs_vbit  设置视频比特率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(void)sendSetVideoBitrate:(NSInteger)bitrate;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设置视频比特率</w:t>
        <w:br/>
        <w:t>@param bitrate 视频比特率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按请求参数说明准备以下变量，示例为调用模板：NSInteger bitrate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sendSetVideoBitrate:bitrate];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bitrate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视频比特率，单位和范围留待补充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sr_vbit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9.61  cs_blecfm  播放Connected提示音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(void)sendPlayBleConnectPromptTone;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播放蓝牙连接提示音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sendPlayBleConnectPromptTone];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{"C":"cs_blecfm","B":""}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sr_blecfm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9.62  cs_wbdc  bt是否随佩戴检测自动断开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(void)sendSetWearBTDisconnect:(BOOL)isOn;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设置佩戴摘下时BT链接断开功能开关，默认关闭</w:t>
        <w:br/>
        <w:t>@param isOn 是否打开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按请求参数说明准备以下变量，示例为调用模板：BOOL isOn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sendSetWearBTDisconnect:isOn];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switch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1开，0关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sr_wbdc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9.63  cs_nwai  是否允许未佩戴时也能用 AI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(void)sendSetNotWearingAI:(BOOL)isOn;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设置未佩戴状态下的AI开关，指令 cs_nwai</w:t>
        <w:br/>
        <w:t>@param isOn YES启用（switch=1），NO禁用（switch=0）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按请求参数说明准备以下变量，示例为调用模板：BOOL isOn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sendSetNotWearingAI:isOn];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switch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1开，0关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对象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{"C":"cs_nwai","B":{"switch":0}}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sr_nwai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回复示例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{"C":"sr_nwai","S":0,"B":{"switch":0}}</w:t>
      </w:r>
    </w:p>
    <w:p>
      <w:pPr>
        <w:spacing w:after="20"/>
      </w:pPr>
    </w:p>
    <w:p>
      <w:pPr>
        <w:pStyle w:val="Heading2"/>
      </w:pPr>
      <w:r>
        <w:t>9.64  cs_woft  设置摘下时间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(void)sendSetWearOffTime:(NSInteger)time;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设置脱戴检测定时器时间，指令 cs_woft</w:t>
        <w:br/>
        <w:t>@param time 时间，单位秒，例如5；有效范围由设备固件决定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按请求参数说明准备以下变量，示例为调用模板：NSInteger time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sendSetWearOffTime:time];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time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秒，附件1～120，SDK说明以固件范围为准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对象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{"C":"cs_woft","B":{"time":5}}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sr_woft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回复示例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{"C":"sr_woft","S":0,"B":{"time":5}}</w:t>
      </w:r>
    </w:p>
    <w:p>
      <w:pPr>
        <w:spacing w:after="20"/>
      </w:pPr>
    </w:p>
    <w:p>
      <w:pPr>
        <w:pStyle w:val="Heading2"/>
      </w:pPr>
      <w:r>
        <w:t>9.65  cs_syrd  查询系统是否准备好</w:t>
      </w:r>
    </w:p>
    <w:p>
      <w:r>
        <w:rPr>
          <w:rFonts w:ascii="Arial" w:hAnsi="Arial" w:eastAsia="MiSans Normal"/>
          <w:color w:val="000000"/>
        </w:rPr>
        <w:t>依据：SDK 源码。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(void)sendGetSystemStatus;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查询系统是否准备好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sendGetSystemStatus];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{"C":"cs_syrd","B":""}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9.66  cs_flrv  报告某个文件接收完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(void)sendFileRecv:(XYFileType )fileType fileName:(NSString *)fileName;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报告某个文件接收完</w:t>
        <w:br/>
        <w:t>@param fileType 文件类型，XYFileTypeAll不可用</w:t>
        <w:br/>
        <w:t>@param fileName 文件名称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按请求参数说明准备以下变量，示例为调用模板：XYFileType fileType, NSString * fileName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sendFileRecv:fileType fileName:fileName];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源码没有给fname加JSON字符串引号，需修复并验证文件确认。音频类型以SDK的51为准。</w:t>
      </w: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ftype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49照片，50视频，51音频，52BLE照片，不使用255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fname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已接收文件名，当前实现编码存在问题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9.67  cs_btna  设置BT蓝牙名称</w:t>
      </w:r>
    </w:p>
    <w:p>
      <w:r>
        <w:rPr>
          <w:rFonts w:ascii="Arial" w:hAnsi="Arial" w:eastAsia="MiSans Normal"/>
          <w:color w:val="000000"/>
        </w:rPr>
        <w:t>依据：历史协议 1.0.8；发送参数已结合源码核对。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(void)sendSetBTName:(NSString *)btName;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设置BT蓝牙名称</w:t>
        <w:br/>
        <w:t>@param btName BT蓝牙名称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按请求参数说明准备以下变量，示例为调用模板：NSString * btName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sendSetBTName:btName];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btname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新的BT名称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type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SDK固定为0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sr_btna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参考协议未定义业务回复参数。</w:t>
      </w: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9.68  cs_svad  设置开启关闭定向拾音</w:t>
      </w:r>
    </w:p>
    <w:p>
      <w:r>
        <w:rPr>
          <w:rFonts w:ascii="Arial" w:hAnsi="Arial" w:eastAsia="MiSans Normal"/>
          <w:color w:val="000000"/>
        </w:rPr>
        <w:t>依据：SDK 源码。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(void)sendSetSvad:(BOOL )isOn;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设置开启关闭定向拾音</w:t>
        <w:br/>
        <w:t>@param isOn 是否打开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按请求参数说明准备以下变量，示例为调用模板：BOOL isOn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sendSetSvad:isOn];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enable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1开，0关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9.69  cs_wfcon  连接到指定Wifi</w:t>
      </w:r>
    </w:p>
    <w:p>
      <w:r>
        <w:rPr>
          <w:rFonts w:ascii="Arial" w:hAnsi="Arial" w:eastAsia="MiSans Normal"/>
          <w:color w:val="000000"/>
        </w:rPr>
        <w:t>依据：SDK 源码。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(void)sendConnectWifi:(NSString *)ssid pwd:(NSString *)pwd;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连接到指定Wifi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按请求参数说明准备以下变量，示例为调用模板：NSString * ssid, NSString * pwd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sendConnectWifi:ssid pwd:pwd];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ssid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Wi-Fi名称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pwd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Wi-Fi密码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9.70  cs_syntm  同步时间</w:t>
      </w:r>
    </w:p>
    <w:p>
      <w:r>
        <w:rPr>
          <w:rFonts w:ascii="Arial" w:hAnsi="Arial" w:eastAsia="MiSans Normal"/>
          <w:color w:val="000000"/>
        </w:rPr>
        <w:t>依据：SDK 源码。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(void)sendSyncTime:(NSString *)time;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同步时间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按请求参数说明准备以下变量，示例为调用模板：NSString * time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sendSyncTime:time];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time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同步时间字符串，格式留待补充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9.71  cs_bleph  Ble拍照</w:t>
      </w:r>
    </w:p>
    <w:p>
      <w:r>
        <w:rPr>
          <w:rFonts w:ascii="Arial" w:hAnsi="Arial" w:eastAsia="MiSans Normal"/>
          <w:color w:val="000000"/>
        </w:rPr>
        <w:t>依据：SDK 源码。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(void)sendTakeBlePhoto:(NSString *)pictureName width:(NSInteger)width height:(NSInteger)height quality:(NSInteger)quality;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Ble拍照</w:t>
        <w:br/>
        <w:t>@param pictureName 图片名称</w:t>
        <w:br/>
        <w:t>@param width 图片宽度</w:t>
        <w:br/>
        <w:t>@param height 图片高度</w:t>
        <w:br/>
        <w:t>@param quality 图片质量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按请求参数说明准备以下变量，示例为调用模板：NSString * pictureName, NSInteger width, NSInteger height, NSInteger quality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sendTakeBlePhoto:pictureName width:width height:height quality:quality];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fname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string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照片名称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width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宽度，支持范围留待补充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height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高度，支持范围留待补充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quality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质量，取值范围留待补充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9.72  cs_en_campa  设置摄像头自定义参数模式</w:t>
      </w:r>
    </w:p>
    <w:p>
      <w:r>
        <w:rPr>
          <w:rFonts w:ascii="Arial" w:hAnsi="Arial" w:eastAsia="MiSans Normal"/>
          <w:color w:val="000000"/>
        </w:rPr>
        <w:t>依据：SDK 源码。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(void)sendEnCampa:(BOOL)isOn;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设置摄像头自定义参数模式</w:t>
        <w:br/>
        <w:t>@param isOn 是否打开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按请求参数说明准备以下变量，示例为调用模板：BOOL isOn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sendEnCampa:isOn];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on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1开，0关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9.73  cs_set_campa  设置摄像头参数</w:t>
      </w:r>
    </w:p>
    <w:p>
      <w:r>
        <w:rPr>
          <w:rFonts w:ascii="Arial" w:hAnsi="Arial" w:eastAsia="MiSans Normal"/>
          <w:color w:val="000000"/>
        </w:rPr>
        <w:t>依据：SDK 源码。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(void)sendCampaWithEV:(NSInteger)ev et:(long long)et iso:(NSInteger)iso awb:(NSInteger)awb;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设置摄像头参数</w:t>
        <w:br/>
        <w:t>@param ev EV 参数</w:t>
        <w:br/>
        <w:t>@param et ET 参数</w:t>
        <w:br/>
        <w:t>@param iso ISO 参数</w:t>
        <w:br/>
        <w:t>@param awb AWB 参数</w:t>
      </w:r>
    </w:p>
    <w:p>
      <w:pPr>
        <w:pStyle w:val="Heading3"/>
      </w:pPr>
      <w:r>
        <w:t>调用方式</w:t>
      </w:r>
    </w:p>
    <w:p>
      <w:r>
        <w:rPr>
          <w:rFonts w:ascii="Arial" w:hAnsi="Arial" w:eastAsia="MiSans Normal"/>
          <w:color w:val="000000"/>
        </w:rPr>
        <w:t>按请求参数说明准备以下变量，示例为调用模板：NSInteger ev, long long et, NSInteger iso, NSInteger awb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sendCampaWithEV:ev et:et iso:iso awb:awb];</w:t>
      </w:r>
    </w:p>
    <w:p>
      <w:pPr>
        <w:spacing w:after="20"/>
      </w:pPr>
    </w:p>
    <w:p>
      <w:pPr>
        <w:pStyle w:val="Heading3"/>
      </w:pPr>
      <w:r>
        <w:t>请求参数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ev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曝光补偿参数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et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曝光时间参数，单位留待补充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iso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ISO参数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awb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integer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白平衡参数</w:t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9.74  cs_get_campa  获取当前摄像头参数</w:t>
      </w:r>
    </w:p>
    <w:p>
      <w:r>
        <w:rPr>
          <w:rFonts w:ascii="Arial" w:hAnsi="Arial" w:eastAsia="MiSans Normal"/>
          <w:color w:val="000000"/>
        </w:rPr>
        <w:t>依据：SDK 源码。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(void)sendGetCampa;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获取当前摄像头参数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sendGetCampa];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{"C":"cs_get_campa","B":""}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9.75  cs_get_camparange  获取摄像头参数范围</w:t>
      </w:r>
    </w:p>
    <w:p>
      <w:r>
        <w:rPr>
          <w:rFonts w:ascii="Arial" w:hAnsi="Arial" w:eastAsia="MiSans Normal"/>
          <w:color w:val="000000"/>
        </w:rPr>
        <w:t>依据：SDK 源码。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(void)sendGetCamparange;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获取摄像头参数范围</w:t>
      </w:r>
    </w:p>
    <w:p>
      <w:pPr>
        <w:pStyle w:val="Heading3"/>
      </w:pPr>
      <w:r>
        <w:t>调用方式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[[XYBleManager sharedInstance] sendGetCamparange];</w:t>
      </w:r>
    </w:p>
    <w:p>
      <w:pPr>
        <w:spacing w:after="20"/>
      </w:pPr>
    </w:p>
    <w:p>
      <w:pPr>
        <w:pStyle w:val="Heading3"/>
      </w:pPr>
      <w:r>
        <w:t>请求参数</w:t>
      </w:r>
    </w:p>
    <w:p>
      <w:r>
        <w:rPr>
          <w:rFonts w:ascii="Arial" w:hAnsi="Arial" w:eastAsia="MiSans Normal"/>
          <w:color w:val="000000"/>
        </w:rPr>
        <w:t>无方法业务参数。</w:t>
      </w:r>
    </w:p>
    <w:p>
      <w:r>
        <w:rPr>
          <w:rFonts w:ascii="Arial" w:hAnsi="Arial" w:eastAsia="MiSans Normal"/>
          <w:color w:val="000000"/>
        </w:rPr>
        <w:t>B 编码：JSON 字符串；无数据时为空字符串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{"C":"cs_get_camparange","B":""}</w:t>
      </w:r>
    </w:p>
    <w:p>
      <w:pPr>
        <w:spacing w:after="20"/>
      </w:pPr>
    </w:p>
    <w:p>
      <w:pPr>
        <w:pStyle w:val="Heading3"/>
      </w:pPr>
      <w:r>
        <w:t>指令回复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8093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项目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内容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回复码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完成判定</w:t>
            </w:r>
          </w:p>
        </w:tc>
        <w:tc>
          <w:tcPr>
            <w:tcW w:type="dxa" w:w="80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800"/>
        <w:gridCol w:w="1224"/>
        <w:gridCol w:w="6869"/>
      </w:tblGrid>
      <w:tr>
        <w:trPr>
          <w:tblHeader/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字段</w:t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类型</w:t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说明</w:t>
            </w:r>
          </w:p>
        </w:tc>
      </w:tr>
      <w:tr>
        <w:trPr>
          <w:cantSplit/>
        </w:trPr>
        <w:tc>
          <w:tcPr>
            <w:tcW w:type="dxa" w:w="1800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1224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  <w:tc>
          <w:tcPr>
            <w:tcW w:type="dxa" w:w="6869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r>
        <w:rPr>
          <w:rFonts w:ascii="Arial" w:hAnsi="Arial" w:eastAsia="MiSans Normal"/>
          <w:color w:val="000000"/>
        </w:rPr>
        <w:t>回复示例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9893"/>
      </w:tblGrid>
      <w:tr>
        <w:trPr>
          <w:tblHeader/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示例内容</w:t>
            </w:r>
          </w:p>
        </w:tc>
      </w:tr>
      <w:tr>
        <w:trPr>
          <w:cantSplit/>
        </w:trPr>
        <w:tc>
          <w:tcPr>
            <w:tcW w:type="dxa" w:w="9893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</w:r>
          </w:p>
        </w:tc>
      </w:tr>
    </w:tbl>
    <w:p>
      <w:pPr>
        <w:spacing w:after="0"/>
      </w:pPr>
    </w:p>
    <w:p>
      <w:pPr>
        <w:pStyle w:val="Heading2"/>
      </w:pPr>
      <w:r>
        <w:t>其他公开 API 与数据模型</w:t>
      </w:r>
    </w:p>
    <w:p>
      <w:r>
        <w:rPr>
          <w:rFonts w:ascii="Arial" w:hAnsi="Arial" w:eastAsia="MiSans Normal"/>
          <w:color w:val="000000"/>
        </w:rPr>
        <w:t>指令对应的公开方法已列在本章。以下补齐连接、回调、传输、升级及数据模型 API；两部分合计覆盖 94 项公开声明。</w:t>
      </w:r>
    </w:p>
    <w:p>
      <w:pPr>
        <w:pStyle w:val="Heading2"/>
      </w:pPr>
      <w:r>
        <w:t>XYBleManager</w:t>
      </w:r>
    </w:p>
    <w:p>
      <w:pPr>
        <w:pStyle w:val="Heading3"/>
      </w:pPr>
      <w:r>
        <w:t>sharedInstance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+ (XYBleManager *)sharedInstance;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单例</w:t>
      </w:r>
    </w:p>
    <w:p>
      <w:pPr>
        <w:pStyle w:val="Heading3"/>
      </w:pPr>
      <w:r>
        <w:t>xy_sdkVersion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(NSString *)xy_sdkVersion;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SDK版本号</w:t>
      </w:r>
    </w:p>
    <w:p>
      <w:pPr>
        <w:pStyle w:val="Heading3"/>
      </w:pPr>
      <w:r>
        <w:t>xy_startLog: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(void)xy_startLog:(BOOL )isStart;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开启日志</w:t>
        <w:br/>
        <w:t>@param isStart 是否开启日志</w:t>
      </w:r>
    </w:p>
    <w:p>
      <w:pPr>
        <w:pStyle w:val="Heading3"/>
      </w:pPr>
      <w:r>
        <w:t>xy_startScanBleDevice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(void)xy_startScanBleDevice;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开始扫描设备</w:t>
      </w:r>
    </w:p>
    <w:p>
      <w:pPr>
        <w:pStyle w:val="Heading3"/>
      </w:pPr>
      <w:r>
        <w:t>xy_stopScanBleDevice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(void)xy_stopScanBleDevice;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停止扫描设备</w:t>
      </w:r>
    </w:p>
    <w:p>
      <w:pPr>
        <w:pStyle w:val="Heading3"/>
      </w:pPr>
      <w:r>
        <w:t>xy_connectBleDevice: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(void)xy_connectBleDevice:(CBPeripheral *)peripheral;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连接设备</w:t>
        <w:br/>
        <w:t>@param peripheral 外设</w:t>
      </w:r>
    </w:p>
    <w:p>
      <w:pPr>
        <w:pStyle w:val="Heading3"/>
      </w:pPr>
      <w:r>
        <w:t>xy_cancelConnectBleDevice: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(void)xy_cancelConnectBleDevice:(CBPeripheral *)peripheral;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取消连接设备</w:t>
        <w:br/>
        <w:t>@param peripheral 外设</w:t>
      </w:r>
    </w:p>
    <w:p>
      <w:pPr>
        <w:pStyle w:val="Heading3"/>
      </w:pPr>
      <w:r>
        <w:t>xy_cancelAllConnect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(void)xy_cancelAllConnect;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取消所有连接设备</w:t>
      </w:r>
    </w:p>
    <w:p>
      <w:pPr>
        <w:pStyle w:val="Heading3"/>
      </w:pPr>
      <w:r>
        <w:t>xy_isConnectBleDevice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(BOOL)xy_isConnectBleDevice;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判断是否连接有外设</w:t>
      </w:r>
    </w:p>
    <w:p>
      <w:pPr>
        <w:pStyle w:val="Heading3"/>
      </w:pPr>
      <w:r>
        <w:t>sendCustomDataHex: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(void)sendCustomDataHex:(NSString *)dataHex;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发送自定义Hex指令</w:t>
        <w:br/>
        <w:t>@param dataHex 指令Hex</w:t>
      </w:r>
    </w:p>
    <w:p>
      <w:pPr>
        <w:pStyle w:val="Heading3"/>
      </w:pPr>
      <w:r>
        <w:t>discoverDeviceBlock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@property (nonatomic, copy) void(^discoverDeviceBlock)(CBPeripheral *peripheral, NSDictionary *advertisementData, NSNumber *RSSI);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扫描发现设备回调</w:t>
      </w:r>
    </w:p>
    <w:p>
      <w:pPr>
        <w:pStyle w:val="Heading3"/>
      </w:pPr>
      <w:r>
        <w:t>connectStatusBlock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@property (nonatomic, copy) void(^connectStatusBlock)(BOOL isConnect);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连接状态回调</w:t>
      </w:r>
    </w:p>
    <w:p>
      <w:pPr>
        <w:pStyle w:val="Heading3"/>
      </w:pPr>
      <w:r>
        <w:t>receiveOriginalDataBlock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@property (nonatomic, copy) void(^receiveOriginalDataBlock)(NSData *respondData);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接收原始数据回调</w:t>
      </w:r>
    </w:p>
    <w:p>
      <w:pPr>
        <w:pStyle w:val="Heading3"/>
      </w:pPr>
      <w:r>
        <w:t>receiveDataBlock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@property (nonatomic, copy) void(^receiveDataBlock)(XYBleRespondModel *respondModel);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接收数据回调</w:t>
      </w:r>
    </w:p>
    <w:p>
      <w:pPr>
        <w:pStyle w:val="Heading3"/>
      </w:pPr>
      <w:r>
        <w:t>lc3ReceiveDataBlock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@property (nonatomic, copy) void(^lc3ReceiveDataBlock)(NSData *lc3Data);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接收LC3音频数据回调</w:t>
      </w:r>
    </w:p>
    <w:p>
      <w:pPr>
        <w:pStyle w:val="Heading3"/>
      </w:pPr>
      <w:r>
        <w:t>fileReceiveDataBlock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@property (nonatomic, copy) void(^fileReceiveDataBlock)(NSData *fileData);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文件接收数据回调</w:t>
      </w:r>
    </w:p>
    <w:p>
      <w:pPr>
        <w:pStyle w:val="Heading2"/>
      </w:pPr>
      <w:r>
        <w:t>XYSocketManager</w:t>
      </w:r>
    </w:p>
    <w:p>
      <w:pPr>
        <w:pStyle w:val="Heading3"/>
      </w:pPr>
      <w:r>
        <w:t>sharedInstance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+ (XYSocketManager *)sharedInstance;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单例</w:t>
      </w:r>
    </w:p>
    <w:p>
      <w:pPr>
        <w:pStyle w:val="Heading3"/>
      </w:pPr>
      <w:r>
        <w:t>xy_connectSocket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(void)xy_connectSocket;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连接</w:t>
      </w:r>
    </w:p>
    <w:p>
      <w:pPr>
        <w:pStyle w:val="Heading3"/>
      </w:pPr>
      <w:r>
        <w:t>connectStatusBlock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@property (nonatomic, copy) void(^connectStatusBlock)(NSError * _Nullable error);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连接状态回调</w:t>
      </w:r>
    </w:p>
    <w:p>
      <w:pPr>
        <w:pStyle w:val="Heading3"/>
      </w:pPr>
      <w:r>
        <w:t>receiveDataBlock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@property (nonatomic, copy) void(^receiveDataBlock)(BOOL isCompleted, XYFileDataType fileDataType, NSString *fileName, NSData *data, NSInteger fileSize);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接收数据回调</w:t>
      </w:r>
    </w:p>
    <w:p>
      <w:pPr>
        <w:pStyle w:val="Heading2"/>
      </w:pPr>
      <w:r>
        <w:t>XYOTAManager</w:t>
      </w:r>
    </w:p>
    <w:p>
      <w:pPr>
        <w:pStyle w:val="Heading3"/>
      </w:pPr>
      <w:r>
        <w:t>sharedInstance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+ (XYOTAManager *)sharedInstance;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单例</w:t>
      </w:r>
    </w:p>
    <w:p>
      <w:pPr>
        <w:pStyle w:val="Heading3"/>
      </w:pPr>
      <w:r>
        <w:t>xy_connectSocket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(void)xy_connectSocket;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连接</w:t>
      </w:r>
    </w:p>
    <w:p>
      <w:pPr>
        <w:pStyle w:val="Heading3"/>
      </w:pPr>
      <w:r>
        <w:t>xy_disconnectSocket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(void)xy_disconnectSocket;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断开</w:t>
      </w:r>
    </w:p>
    <w:p>
      <w:pPr>
        <w:pStyle w:val="Heading3"/>
      </w:pPr>
      <w:r>
        <w:t>xy_startOTAWithData:type: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- (void)xy_startOTAWithData:(NSData *)data type:(XYOTADataType)type;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开始 OTA 发送</w:t>
      </w:r>
    </w:p>
    <w:p>
      <w:pPr>
        <w:pStyle w:val="Heading3"/>
      </w:pPr>
      <w:r>
        <w:t>connectStatusBlock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@property (nonatomic, copy) void(^connectStatusBlock)(NSError * _Nullable error);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连接状态回调</w:t>
      </w:r>
    </w:p>
    <w:p>
      <w:pPr>
        <w:pStyle w:val="Heading3"/>
      </w:pPr>
      <w:r>
        <w:t>sendProgressBlock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@property (nonatomic, copy) void(^sendProgressBlock)(NSInteger packIndex, NSInteger packNum, NSInteger currentSize, NSInteger fileSize);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OTA 进度回调</w:t>
      </w:r>
    </w:p>
    <w:p>
      <w:pPr>
        <w:pStyle w:val="Heading3"/>
      </w:pPr>
      <w:r>
        <w:t>completionBlock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@property (nonatomic, copy) void(^completionBlock)(BOOL success, NSError * _Nullable error);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OTA 完成回调</w:t>
      </w:r>
    </w:p>
    <w:p>
      <w:pPr>
        <w:pStyle w:val="Heading2"/>
      </w:pPr>
      <w:r>
        <w:t>XYBleRespondModel</w:t>
      </w:r>
    </w:p>
    <w:p>
      <w:pPr>
        <w:pStyle w:val="Heading3"/>
      </w:pPr>
      <w:r>
        <w:t>cmd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@property (nonatomic, copy) NSString *cmd;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指令</w:t>
      </w:r>
    </w:p>
    <w:p>
      <w:pPr>
        <w:pStyle w:val="Heading3"/>
      </w:pPr>
      <w:r>
        <w:t>status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@property (nonatomic, copy) NSString *status;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状态</w:t>
      </w:r>
    </w:p>
    <w:p>
      <w:pPr>
        <w:pStyle w:val="Heading3"/>
      </w:pPr>
      <w:r>
        <w:t>data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@property (nonatomic, strong) NSDictionary *data;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数据</w:t>
      </w:r>
    </w:p>
    <w:p>
      <w:pPr>
        <w:pStyle w:val="Heading3"/>
      </w:pPr>
      <w:r>
        <w:t>originalData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@property (nonatomic, strong) NSData *originalData;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原数据</w:t>
      </w:r>
    </w:p>
    <w:p>
      <w:pPr>
        <w:pStyle w:val="Heading2"/>
      </w:pPr>
      <w:r>
        <w:t>XYFileRespondModel</w:t>
      </w:r>
    </w:p>
    <w:p>
      <w:pPr>
        <w:pStyle w:val="Heading3"/>
      </w:pPr>
      <w:r>
        <w:t>fileName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@property (nonatomic, copy) NSString *fileName;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文件名</w:t>
      </w:r>
    </w:p>
    <w:p>
      <w:pPr>
        <w:pStyle w:val="Heading3"/>
      </w:pPr>
      <w:r>
        <w:t>fileType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@property (nonatomic, assign) NSInteger fileType;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文件类型：0图片，1视频，2音频</w:t>
      </w:r>
    </w:p>
    <w:p>
      <w:pPr>
        <w:pStyle w:val="Heading3"/>
      </w:pPr>
      <w:r>
        <w:t>fileSize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@property (nonatomic, assign) NSInteger fileSize;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文件大小</w:t>
      </w:r>
    </w:p>
    <w:p>
      <w:pPr>
        <w:pStyle w:val="Heading3"/>
      </w:pPr>
      <w:r>
        <w:t>fileData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@property (nonatomic, strong) NSData *fileData;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文件数据</w:t>
      </w:r>
    </w:p>
    <w:p>
      <w:pPr>
        <w:pStyle w:val="Heading2"/>
      </w:pPr>
      <w:r>
        <w:t>XYDataUtil</w:t>
      </w:r>
    </w:p>
    <w:p>
      <w:pPr>
        <w:pStyle w:val="Heading3"/>
      </w:pPr>
      <w:r>
        <w:t>xy_convertStreamToFileDataWithData: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+ (XYFileRespondModel *)xy_convertStreamToFileDataWithData:(NSData *)data;</w:t>
      </w:r>
    </w:p>
    <w:p>
      <w:pPr>
        <w:spacing w:after="20"/>
      </w:pPr>
    </w:p>
    <w:p>
      <w:r>
        <w:rPr>
          <w:rFonts w:ascii="Arial" w:hAnsi="Arial" w:eastAsia="MiSans Normal"/>
          <w:color w:val="000000"/>
        </w:rPr>
        <w:t>转换流数据成文件数据</w:t>
        <w:br/>
        <w:t>@param data 数据</w:t>
      </w:r>
    </w:p>
    <w:p>
      <w:pPr>
        <w:pStyle w:val="Heading2"/>
      </w:pPr>
      <w:r>
        <w:t>枚举声明</w:t>
      </w:r>
    </w:p>
    <w:p>
      <w:r>
        <w:rPr>
          <w:rFonts w:ascii="Arial" w:hAnsi="Arial" w:eastAsia="MiSans Normal"/>
          <w:color w:val="000000"/>
        </w:rPr>
        <w:t>枚举值与协议值不一定相同，由 SDK 转换。</w:t>
      </w:r>
    </w:p>
    <w:p>
      <w:pPr>
        <w:pStyle w:val="Heading2"/>
      </w:pPr>
      <w:r>
        <w:t>XYFileType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typedef enum : NSUInteger {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XYFileTypePhoto, ///&lt; 传输图片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XYFileTypeVideo, ///&lt; 传输视频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XYFileTypeAudio, ///&lt; 传输音频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XYFileTypeBle, ///&lt; 传输BLE图片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XYFileTypeAll, ///&lt; 传输所有图片、音视频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} XYFileType;</w:t>
      </w:r>
    </w:p>
    <w:p>
      <w:pPr>
        <w:spacing w:after="20"/>
      </w:pPr>
    </w:p>
    <w:p>
      <w:pPr>
        <w:pStyle w:val="Heading2"/>
      </w:pPr>
      <w:r>
        <w:t>XYPhotoArgumentType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typedef enum : NSUInteger {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XYPhotoArgumentType1280_720, ///&lt; 1280x720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XYPhotoArgumentType1920_1080, ///&lt; 1920x1080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XYPhotoArgumentType2560_1920, ///&lt; 2560x1920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XYPhotoArgumentType3840_2160, ///&lt; 3840x2160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XYPhotoArgumentType4208_3120, ///&lt; 4208x3120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} XYPhotoArgumentType;</w:t>
      </w:r>
    </w:p>
    <w:p>
      <w:pPr>
        <w:spacing w:after="20"/>
      </w:pPr>
    </w:p>
    <w:p>
      <w:pPr>
        <w:pStyle w:val="Heading2"/>
      </w:pPr>
      <w:r>
        <w:t>XYVideoArgumentSizeType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typedef enum : NSUInteger {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XYVideoArgumentSizeType1920_1080, ///&lt; 1920x1080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XYVideoArgumentSizeType1280_720, ///&lt; 1280x720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XYVideoArgumentSizeType640_480, ///&lt; 640x480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} XYVideoArgumentSizeType;</w:t>
      </w:r>
    </w:p>
    <w:p>
      <w:pPr>
        <w:spacing w:after="20"/>
      </w:pPr>
    </w:p>
    <w:p>
      <w:pPr>
        <w:pStyle w:val="Heading2"/>
      </w:pPr>
      <w:r>
        <w:t>XYVideoArgumentQualityType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typedef enum : NSUInteger {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XYVideoArgumentQualityTypeLow, ///&lt; 低-0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XYVideoArgumentQualityTypeMiddle, ///&lt; 中-1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XYVideoArgumentQualityTypeHigh, ///&lt; 高-2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} XYVideoArgumentQualityType;</w:t>
      </w:r>
    </w:p>
    <w:p>
      <w:pPr>
        <w:spacing w:after="20"/>
      </w:pPr>
    </w:p>
    <w:p>
      <w:pPr>
        <w:pStyle w:val="Heading2"/>
      </w:pPr>
      <w:r>
        <w:t>XYVideoArgumentDurationType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typedef enum : NSUInteger {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XYVideoArgumentDurationType30, ///&lt; 30S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XYVideoArgumentDurationType60, ///&lt; 60S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XYVideoArgumentDurationType180, ///&lt; 180S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XYVideoArgumentDurationType300, ///&lt; 300S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} XYVideoArgumentDurationType;</w:t>
      </w:r>
    </w:p>
    <w:p>
      <w:pPr>
        <w:spacing w:after="20"/>
      </w:pPr>
    </w:p>
    <w:p>
      <w:pPr>
        <w:pStyle w:val="Heading2"/>
      </w:pPr>
      <w:r>
        <w:t>XYAudioArgumentDurationType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typedef enum : NSUInteger {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XYAudioArgumentDurationType60, ///&lt; 60S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XYAudioArgumentDurationType180, ///&lt; 180S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XYAudioArgumentDurationType300, ///&lt; 300S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XYAudioArgumentDurationType600, ///&lt; 600S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XYAudioArgumentDurationType1800, ///&lt; 1800S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XYAudioArgumentDurationType3600, ///&lt; 3600S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XYAudioArgumentDurationType7200, ///&lt; 7200S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} XYAudioArgumentDurationType;</w:t>
      </w:r>
    </w:p>
    <w:p>
      <w:pPr>
        <w:spacing w:after="20"/>
      </w:pPr>
    </w:p>
    <w:p>
      <w:pPr>
        <w:pStyle w:val="Heading2"/>
      </w:pPr>
      <w:r>
        <w:t>XYAIStatusType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typedef enum : NSUInteger {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XYAIStatusType_Start, ///&lt; 开始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XYAIStatusType_Chat, ///&lt; 对话中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XYAIStatusType_Stop, ///&lt; 停止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XYAIStatusType_No_Sound, ///&lt; 无声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} XYAIStatusType;</w:t>
      </w:r>
    </w:p>
    <w:p>
      <w:pPr>
        <w:spacing w:after="20"/>
      </w:pPr>
    </w:p>
    <w:p>
      <w:pPr>
        <w:pStyle w:val="Heading2"/>
      </w:pPr>
      <w:r>
        <w:t>XYFileDataType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typedef enum : NSUInteger {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XYFileDataTypePhoto, ///&lt; 图片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XYFileDataTypeVideo, ///&lt; 视频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XYFileDataTypeAudio, ///&lt; 音频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} XYFileDataType;</w:t>
      </w:r>
    </w:p>
    <w:p>
      <w:pPr>
        <w:spacing w:after="20"/>
      </w:pPr>
    </w:p>
    <w:p>
      <w:pPr>
        <w:pStyle w:val="Heading2"/>
      </w:pPr>
      <w:r>
        <w:t>XYOTADataType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typedef enum : NSUInteger {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XYOTADataTypeOTA_APK = 0,   ///&lt; APK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XYOTADataTypeOTA_MTK = 1,   ///&lt; MTK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 xml:space="preserve">    XYOTADataTypeOTA_BES = 2,   ///&lt; BES</w:t>
      </w:r>
    </w:p>
    <w:p>
      <w:pPr>
        <w:spacing w:after="0" w:line="240" w:lineRule="auto"/>
      </w:pPr>
      <w:r>
        <w:rPr>
          <w:rFonts w:ascii="Courier New" w:hAnsi="Courier New" w:eastAsia="MiSans Normal"/>
          <w:color w:val="000000"/>
          <w:sz w:val="16"/>
        </w:rPr>
        <w:t>} XYOTADataType;</w:t>
      </w:r>
    </w:p>
    <w:p>
      <w:pPr>
        <w:spacing w:after="20"/>
      </w:pPr>
    </w:p>
    <w:p>
      <w:pPr>
        <w:pStyle w:val="Heading1"/>
      </w:pPr>
      <w:r>
        <w:t>10  错误码与排查</w:t>
      </w:r>
    </w:p>
    <w:p>
      <w:r>
        <w:rPr>
          <w:rFonts w:ascii="Arial" w:hAnsi="Arial" w:eastAsia="MiSans Normal"/>
          <w:color w:val="000000"/>
        </w:rPr>
        <w:t>下面列出旧对接文档中的顶层S定义。业务字段state、Socket NSError和S属于不同层级，分别处理。未知事件回复保留空白。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8741"/>
      </w:tblGrid>
      <w:tr>
        <w:trPr>
          <w:tblHeader/>
          <w:cantSplit/>
        </w:trPr>
        <w:tc>
          <w:tcPr>
            <w:tcW w:type="dxa" w:w="1152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状态</w:t>
            </w:r>
          </w:p>
        </w:tc>
        <w:tc>
          <w:tcPr>
            <w:tcW w:type="dxa" w:w="874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/>
                <w:color w:val="000000"/>
                <w:sz w:val="18"/>
              </w:rPr>
              <w:t>含义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0</w:t>
            </w:r>
          </w:p>
        </w:tc>
        <w:tc>
          <w:tcPr>
            <w:tcW w:type="dxa" w:w="874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成功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874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系统未准备好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874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摄像头忙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874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低电量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874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文件丢失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874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拍照失败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874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存储已满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874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正在录音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874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正在录像</w:t>
            </w:r>
          </w:p>
        </w:tc>
      </w:tr>
      <w:tr>
        <w:trPr>
          <w:cantSplit/>
        </w:trPr>
        <w:tc>
          <w:tcPr>
            <w:tcW w:type="dxa" w:w="1152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8741"/>
          </w:tcPr>
          <w:p>
            <w:pPr>
              <w:spacing w:after="60" w:before="60" w:line="240" w:lineRule="auto"/>
            </w:pPr>
            <w:r>
              <w:rPr>
                <w:rFonts w:ascii="Arial" w:hAnsi="Arial" w:eastAsia="MiSans Normal"/>
                <w:b w:val="0"/>
                <w:color w:val="000000"/>
                <w:sz w:val="18"/>
              </w:rPr>
              <w:t>Wi-Fi连接失败</w:t>
            </w:r>
          </w:p>
        </w:tc>
      </w:tr>
    </w:tbl>
    <w:p>
      <w:pPr>
        <w:spacing w:after="0"/>
      </w:pPr>
    </w:p>
    <w:p>
      <w:pPr>
        <w:pStyle w:val="Heading1"/>
      </w:pPr>
      <w:r>
        <w:t>11  Demo使用说明</w:t>
      </w:r>
    </w:p>
    <w:p>
      <w:r>
        <w:rPr>
          <w:rFonts w:ascii="Arial" w:hAnsi="Arial" w:eastAsia="MiSans Normal"/>
          <w:color w:val="000000"/>
        </w:rPr>
        <w:t>获取匹配交付包中的 XingYi_Demo，在根目录执行 pod install 后打开 XingYi_Demo.xcworkspace。配置签名团队、Bundle Identifier 和热点能力，在 iPhone 真机编译运行。</w:t>
      </w:r>
    </w:p>
    <w:p>
      <w:r>
        <w:rPr>
          <w:rFonts w:ascii="Arial" w:hAnsi="Arial" w:eastAsia="MiSans Normal"/>
          <w:color w:val="000000"/>
        </w:rPr>
        <w:t>先验收模块导入、权限、扫描连接和电量查询，再测试拍照、文件保存、断线重连、LC3 与 OTA。界面库和第三方 AI 服务属于 Demo 应用功能，按实际需求配置。</w:t>
      </w:r>
    </w:p>
    <w:p>
      <w:r>
        <w:rPr>
          <w:rFonts w:ascii="Arial" w:hAnsi="Arial" w:eastAsia="MiSans Normal"/>
          <w:color w:val="000000"/>
        </w:rPr>
        <w:t>不要直接沿用多个页面覆盖单例回调、固定延时等待热点、nil error 即判定连接成功或传输完成即判定升级成功的实现。</w:t>
      </w:r>
    </w:p>
    <w:p>
      <w:pPr>
        <w:pStyle w:val="Heading1"/>
      </w:pPr>
      <w:r>
        <w:t>12  更新与迁移</w:t>
      </w:r>
    </w:p>
    <w:p>
      <w:r>
        <w:rPr>
          <w:rFonts w:ascii="Arial" w:hAnsi="Arial" w:eastAsia="MiSans Normal"/>
          <w:color w:val="000000"/>
        </w:rPr>
        <w:t>当前内容作为开发者文档的首次发布。当前无前序发布版本的迁移要求；首次接入从下载与集成、快速开始阅读。</w:t>
      </w:r>
    </w:p>
    <w:p>
      <w:r>
        <w:rPr>
          <w:rFonts w:ascii="Arial" w:hAnsi="Arial" w:eastAsia="MiSans Normal"/>
          <w:color w:val="000000"/>
        </w:rPr>
        <w:t>后续发布将在开发者中心记录功能与接口变更、兼容范围和迁移步骤。指令及回复更新后同步生成中英文文档。</w:t>
      </w:r>
    </w:p>
    <w:sectPr w:rsidR="00FC693F" w:rsidRPr="0006063C" w:rsidSect="00034616">
      <w:headerReference w:type="default" r:id="rId9"/>
      <w:footerReference w:type="default" r:id="rId10"/>
      <w:pgSz w:w="11909" w:h="16834"/>
      <w:pgMar w:top="979" w:right="1008" w:bottom="979" w:left="1008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Arial" w:hAnsi="Arial" w:eastAsia="MiSans Normal"/>
        <w:color w:val="000000"/>
        <w:sz w:val="16"/>
      </w:rPr>
      <w:t xml:space="preserve">第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eastAsia="MiSans Normal"/>
        <w:color w:val="000000"/>
        <w:sz w:val="16"/>
      </w:rPr>
      <w:t>K900SDK · iOS 对接文档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MiSans Norm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240" w:after="120"/>
      <w:outlineLvl w:val="0"/>
    </w:pPr>
    <w:rPr>
      <w:rFonts w:asciiTheme="majorHAnsi" w:eastAsiaTheme="majorEastAsia" w:hAnsiTheme="majorHAnsi" w:cstheme="majorBidi" w:ascii="Arial" w:hAnsi="Arial" w:eastAsia="MiSans Normal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Arial" w:hAnsi="Arial" w:eastAsia="MiSans Norm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/>
      <w:outlineLvl w:val="2"/>
    </w:pPr>
    <w:rPr>
      <w:rFonts w:asciiTheme="majorHAnsi" w:eastAsiaTheme="majorEastAsia" w:hAnsiTheme="majorHAnsi" w:cstheme="majorBidi" w:ascii="Arial" w:hAnsi="Arial" w:eastAsia="MiSans Normal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40" w:lineRule="auto" w:before="240"/>
      <w:contextualSpacing/>
    </w:pPr>
    <w:rPr>
      <w:rFonts w:asciiTheme="majorHAnsi" w:eastAsiaTheme="majorEastAsia" w:hAnsiTheme="majorHAnsi" w:cstheme="majorBidi" w:ascii="Arial" w:hAnsi="Arial" w:eastAsia="MiSans Normal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Arial" w:hAnsi="Arial" w:eastAsia="MiSans Normal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